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B3A5C"/>
        </w:rPr>
        <w:t>Как пользоваться: исполнительский сбор — уменьшить, отсрочить или оспорить</w:t>
      </w:r>
    </w:p>
    <w:p>
      <w:pPr>
        <w:pStyle w:val="ListBullet"/>
      </w:pPr>
      <w:r>
        <w:t>Исполнительский сбор — 12 % от суммы взыскания, но не меньше 2 000 руб. для гражданина (ч. 3 ст. 112 Федерального закона № 229-ФЗ в редакции Федерального закона от 29.12.2025 № 563-ФЗ, действует с 09.01.2026). Если срок добровольного исполнения истёк или постановление о сборе вынесено до 09.01.2026, применение 12 % спорно — проверьте обе даты. Сбор назначают, если долг не погашен в срок для добровольного исполнения — по общему правилу 5 дней с получения постановления о возбуждении производства или извещения о нём (ч. 12 ст. 30).</w:t>
      </w:r>
    </w:p>
    <w:p>
      <w:pPr>
        <w:pStyle w:val="ListBullet"/>
      </w:pPr>
      <w:r>
        <w:t>Сбор теперь удерживают параллельно с долгом: 11 % от каждой взысканной суммы, оставшийся 1 % — после полного погашения долга взыскателю (ч. 4.1 ст. 112).</w:t>
      </w:r>
    </w:p>
    <w:p>
      <w:pPr>
        <w:pStyle w:val="ListBullet"/>
      </w:pPr>
      <w:r>
        <w:t>Уменьшить сбор (не более чем на четверть), отсрочить или рассрочить его взыскание, освободить от взыскания может только суд (ч. 6–7 ст. 112). Пристав этого не делает.</w:t>
      </w:r>
    </w:p>
    <w:p>
      <w:pPr>
        <w:pStyle w:val="ListBullet"/>
      </w:pPr>
      <w:r>
        <w:t>Суд учитывает степень вины, имущественное положение и иные существенные обстоятельства (ч. 7 ст. 112). Гражданина могут освободить, если он принял все меры для исполнения; если долг погашен сразу после срока — это учитывают при уменьшении, но не для освобождения (п. 75 Постановления Пленума ВС РФ от 17.11.2015 № 50).</w:t>
      </w:r>
    </w:p>
    <w:p>
      <w:pPr>
        <w:pStyle w:val="ListBullet"/>
      </w:pPr>
      <w:r>
        <w:t>Если постановление о возбуждении производства вы не получали (или получили позже), постановление о взыскании сбора можно оспорить: административный иск в суд (первый документ) или жалоба вышестоящему приставу (второй документ). Срок — 10 дней со дня вынесения постановления, а если вас о нём не известили — со дня, когда вы узнали или должны были узнать о нём (ст. 122 229-ФЗ, ч. 3 ст. 219 КАС РФ); нерабочие дни не считаются.</w:t>
      </w:r>
    </w:p>
    <w:p>
      <w:pPr>
        <w:pStyle w:val="ListBullet"/>
      </w:pPr>
      <w:r>
        <w:t>Постановление о взыскании сбора утверждает старший судебный пристав (ч. 2 ст. 112), поэтому жалоба на него подаётся главному судебному приставу субъекта РФ — руководителю управления ФССП региона (ч. 2 ст. 123). Срок рассмотрения — 10 дней (ч. 1 ст. 126). Жалоба не продлевает срок на иск автоматически: надёжнее подать иск в те же 10 дней. Если срок прошёл из-за рассмотрения жалобы, просите суд его восстановить (ч. 6 ст. 219 КАС РФ).</w:t>
      </w:r>
    </w:p>
    <w:p>
      <w:pPr>
        <w:pStyle w:val="ListBullet"/>
      </w:pPr>
      <w:r>
        <w:t>Административный иск подают в районный суд по месту, где исполняет обязанности пристав (ст. 22 КАС РФ). Госпошлина за требования об отсрочке (рассрочке), уменьшении сбора или освобождении от него не уплачивается (п. 79 Постановления Пленума ВС РФ № 50); за требование признать постановление незаконным гражданин по общему правилу платит 3 000 руб. (подп. 7 п. 1 ст. 333.19 НК РФ); уточните в канцелярии суда: льгота, на которую ссылается п. 16 постановления Пленума ВС РФ № 50, отменена в 2024 году, практика неоднородна. Копии иска с приложениями направьте приставу, управлению ФССП и взыскателю или приложите копии по числу лиц (ч. 1 ст. 126 КАС РФ).</w:t>
      </w:r>
    </w:p>
    <w:p>
      <w:pPr>
        <w:pStyle w:val="ListBullet"/>
      </w:pPr>
      <w:r>
        <w:t>Когда суд принял иск, взыскание сбора по закону приостанавливается до решения (ч. 8 ст. 112), а при оспаривании постановления о взыскании сбора исполнительное производство подлежит приостановлению судом (п. 3 ч. 1 ст. 39). Пока пристав не получил определение суда, удержания могут продолжаться — поэтому в иске есть просьба о приостановлении и направлении определения приставу.</w:t>
      </w:r>
    </w:p>
    <w:p>
      <w:pPr>
        <w:pStyle w:val="ListBullet"/>
      </w:pPr>
      <w:r>
        <w:t>Если суд уменьшит сбор, излишне взысканное возвращают (ч. 9 ст. 112).</w:t>
      </w:r>
    </w:p>
    <w:p>
      <w:pPr>
        <w:pStyle w:val="ListBullet"/>
      </w:pPr>
      <w:r>
        <w:t>Сохраняйте доказательства подачи: почтовую квитанцию, опись вложения, уведомление о вручении, отметку о принятии или скриншот отправки через Госуслуги.</w:t>
      </w:r>
    </w:p>
    <w:p>
      <w:r>
        <w:rPr>
          <w:i/>
        </w:rPr>
        <w:t>Образец носит информационный характер, проверьте под свою ситуацию: даты, номера и суммы — по своим документам. Право в деле · Дмитрий Черняков, юрист · uristprosto.ru</w:t>
      </w:r>
    </w:p>
    <w:p>
      <w:r>
        <w:br w:type="page"/>
      </w:r>
    </w:p>
    <w:p>
      <w:pPr>
        <w:spacing w:after="0"/>
        <w:jc w:val="right"/>
      </w:pPr>
      <w:r>
        <w:t>В ______________________ районный (городской) суд</w:t>
      </w:r>
    </w:p>
    <w:p>
      <w:pPr>
        <w:spacing w:after="0"/>
        <w:jc w:val="right"/>
      </w:pPr>
      <w:r>
        <w:t>______________________ (субъект РФ)</w:t>
      </w:r>
    </w:p>
    <w:p>
      <w:pPr>
        <w:spacing w:after="0"/>
        <w:jc w:val="right"/>
      </w:pPr>
      <w:r>
        <w:t>Административный истец: ______________________ (ФИО)</w:t>
      </w:r>
    </w:p>
    <w:p>
      <w:pPr>
        <w:spacing w:after="0"/>
        <w:jc w:val="right"/>
      </w:pPr>
      <w:r>
        <w:t>дата и место рождения: ______________________</w:t>
      </w:r>
    </w:p>
    <w:p>
      <w:pPr>
        <w:spacing w:after="0"/>
        <w:jc w:val="right"/>
      </w:pPr>
      <w:r>
        <w:t>адрес: ______________________________________</w:t>
      </w:r>
    </w:p>
    <w:p>
      <w:pPr>
        <w:spacing w:after="0"/>
        <w:jc w:val="right"/>
      </w:pPr>
      <w:r>
        <w:t>телефон: _____________, эл. почта: ___________</w:t>
      </w:r>
    </w:p>
    <w:p>
      <w:pPr>
        <w:spacing w:after="0"/>
        <w:jc w:val="right"/>
      </w:pPr>
      <w:r>
        <w:t>Административные ответчики:</w:t>
      </w:r>
    </w:p>
    <w:p>
      <w:pPr>
        <w:spacing w:after="0"/>
        <w:jc w:val="right"/>
      </w:pPr>
      <w:r>
        <w:t>судебный пристав-исполнитель ______________________ (ФИО)</w:t>
      </w:r>
    </w:p>
    <w:p>
      <w:pPr>
        <w:spacing w:after="0"/>
        <w:jc w:val="right"/>
      </w:pPr>
      <w:r>
        <w:t>отдела судебных приставов ______________________, адрес: ______________________</w:t>
      </w:r>
    </w:p>
    <w:p>
      <w:pPr>
        <w:spacing w:after="0"/>
        <w:jc w:val="right"/>
      </w:pPr>
      <w:r>
        <w:t>ГУФССП (УФССП) России по ______________________, адрес: ______________________</w:t>
      </w:r>
    </w:p>
    <w:p>
      <w:pPr>
        <w:spacing w:after="0"/>
        <w:jc w:val="right"/>
      </w:pPr>
      <w:r>
        <w:t>Заинтересованное лицо (взыскатель): ______________________, адрес: ______________________</w:t>
      </w:r>
    </w:p>
    <w:p>
      <w:pPr>
        <w:spacing w:after="0"/>
        <w:jc w:val="right"/>
      </w:pPr>
      <w:r>
        <w:t>Исполнительное производство № ____________ от ________</w:t>
      </w:r>
    </w:p>
    <w:p>
      <w:pPr>
        <w:spacing w:after="0"/>
        <w:jc w:val="right"/>
      </w:pPr>
      <w:r>
        <w:t>Госпошлина: по общему правилу 3 000 руб. — за требование о признании постановления незаконным (практика неоднородна, уточните в суде); за требования об уменьшении, отсрочке, рассрочке, освобождении — не уплачивается.</w:t>
      </w:r>
    </w:p>
    <w:p/>
    <w:p>
      <w:pPr>
        <w:jc w:val="center"/>
      </w:pPr>
      <w:r>
        <w:rPr>
          <w:b/>
        </w:rPr>
        <w:t>Административное исковое заявление об оспаривании постановления о взыскании исполнительского сбора, об уменьшении его размера (освобождении от его взыскания, отсрочке или рассрочке взыскания)</w:t>
      </w:r>
    </w:p>
    <w:p>
      <w:pPr>
        <w:ind w:firstLine="709"/>
        <w:jc w:val="both"/>
      </w:pPr>
      <w:r>
        <w:t>У судебного пристава-исполнителя ______________________ на исполнении находится исполнительное производство № ____________ от ________, возбуждённое на основании ______________________ (вид, номер и дата исполнительного документа, кем выдан) о взыскании с меня ______________ руб. в пользу ______________________.</w:t>
      </w:r>
    </w:p>
    <w:p>
      <w:pPr>
        <w:ind w:firstLine="709"/>
        <w:jc w:val="both"/>
      </w:pPr>
      <w:r>
        <w:t>Постановлением судебного пристава-исполнителя от ________ № ____________ с меня взыскан исполнительский сбор в размере ______________ руб. О постановлении я узнал(а) ________ из ______________________ (Госуслуги / банк / почта / иное).</w:t>
      </w:r>
    </w:p>
    <w:p>
      <w:pPr>
        <w:ind w:firstLine="709"/>
        <w:jc w:val="both"/>
      </w:pPr>
      <w:r>
        <w:t>[Вариант А — сбор взыскан незаконно.] Постановление о возбуждении исполнительного производства (извещение о нём) я не получал(а) / получил(а) только ________. Срок для добровольного исполнения (часть 12 статьи 30 Федерального закона от 02.10.2007 № 229-ФЗ) на дату вынесения постановления о взыскании исполнительского сбора не истёк. Поэтому оснований для взыскания сбора, предусмотренных частью 1 статьи 112 Закона, не было.</w:t>
      </w:r>
    </w:p>
    <w:p>
      <w:pPr>
        <w:ind w:firstLine="709"/>
        <w:jc w:val="both"/>
      </w:pPr>
      <w:r>
        <w:t>[Вариант Б — освобождение.] Я принял(а) все зависящие от меня меры для своевременного исполнения: ______________________. Неисполнение в срок произошло по причинам, от меня не зависящим: ______________________. Поэтому оснований ответственности за неисполнение в срок нет.</w:t>
      </w:r>
    </w:p>
    <w:p>
      <w:pPr>
        <w:ind w:firstLine="709"/>
        <w:jc w:val="both"/>
      </w:pPr>
      <w:r>
        <w:t>[Вариант В — уменьшение.] Если суд придёт к выводу, что основания для взыскания сбора есть, прошу уменьшить его размер с учётом: ______________________ (погашение долга ________ сразу после срока / частичное погашение на сумму ______ руб., имущественное положение, иждивенцы, иные обстоятельства).</w:t>
      </w:r>
    </w:p>
    <w:p>
      <w:pPr>
        <w:ind w:firstLine="709"/>
        <w:jc w:val="both"/>
      </w:pPr>
      <w:r>
        <w:t>[Вариант Г — отсрочка или рассрочка.] Моё имущественное положение: ______________________ (доход, иждивенцы, иные обязательства). Единовременное взыскание сбора приведёт к ______________________. Подтверждающие документы прилагаю.</w:t>
      </w:r>
    </w:p>
    <w:p>
      <w:pPr>
        <w:ind w:firstLine="709"/>
        <w:jc w:val="both"/>
      </w:pPr>
      <w:r>
        <w:t>В силу частей 6 и 7 статьи 112 Закона № 229-ФЗ суд вправе с учётом степени вины должника, его имущественного положения и иных существенных обстоятельств отсрочить или рассрочить взыскание исполнительского сбора, уменьшить его размер не более чем на одну четверть, а при отсутствии установленных Гражданским кодексом РФ оснований ответственности — освободить должника от взыскания исполнительского сбора (см. также пункты 74–75 Постановления Пленума Верховного Суда РФ от 17.11.2015 № 50).</w:t>
      </w:r>
    </w:p>
    <w:p>
      <w:pPr>
        <w:ind w:firstLine="709"/>
        <w:jc w:val="both"/>
      </w:pPr>
      <w:r>
        <w:t>Оспариваемое постановление нарушает моё право ______________________ (например, на сохранение средств к существованию / не нести ответственность при отсутствии вины). Жалоба в порядке подчинённости по тому же предмету: не подавалась / подавалась ________, результат: ______________________.</w:t>
      </w:r>
    </w:p>
    <w:p>
      <w:pPr>
        <w:ind w:firstLine="709"/>
        <w:jc w:val="both"/>
      </w:pPr>
      <w:r>
        <w:t>На основании изложенного, статьи 112 Закона № 229-ФЗ, статей 218–220 КАС РФ ПРОШУ: 1) [вариант А] признать незаконным постановление судебного пристава-исполнителя от ________ № ____________ о взыскании исполнительского сбора; 2) [варианты Б–Г, нужное оставить] освободить меня от взыскания исполнительского сбора / уменьшить его размер на одну четверть — до ______________ руб. / отсрочить его взыскание до ________ / рассрочить его взыскание на ____ месяцев; 3) приостановить исполнительное производство № ____________ в части взыскания исполнительского сбора до вступления решения суда в законную силу и направить копию определения судебному приставу-исполнителю; 4) [если срок пропущен] восстановить срок подачи административного искового заявления, так как ______________________.</w:t>
      </w:r>
    </w:p>
    <w:p>
      <w:r>
        <w:t>Приложения:</w:t>
      </w:r>
    </w:p>
    <w:p>
      <w:r>
        <w:t>1. Копия постановления о взыскании исполнительского сбора.</w:t>
      </w:r>
    </w:p>
    <w:p>
      <w:r>
        <w:t>2. Копия постановления о возбуждении исполнительного производства — при наличии.</w:t>
      </w:r>
    </w:p>
    <w:p>
      <w:r>
        <w:t>3. Доказательства даты получения постановлений (отчёт об отслеживании письма, скриншот Госуслуг) — при наличии.</w:t>
      </w:r>
    </w:p>
    <w:p>
      <w:r>
        <w:t>4. Документы, подтверждающие уважительные причины пропуска срока (медицинские документы, сведения о позднем получении постановления) — если срок пропущен.</w:t>
      </w:r>
    </w:p>
    <w:p>
      <w:r>
        <w:t>5. Документы о принятых мерах к исполнению и причинах неисполнения в срок — для освобождения; документы о доходах, иждивенцах, обязательных расходах и частичном погашении — для уменьшения, отсрочки или рассрочки.</w:t>
      </w:r>
    </w:p>
    <w:p>
      <w:r>
        <w:t>6. Документы о направлении копий иска с приложениями административным ответчикам и взыскателю или копии по числу лиц.</w:t>
      </w:r>
    </w:p>
    <w:p>
      <w:r>
        <w:t>7. Копия ответа на жалобу в порядке подчинённости — если жалоба подавалась.</w:t>
      </w:r>
    </w:p>
    <w:p>
      <w:r>
        <w:t>8. Квитанция об уплате госпошлины — если заявлено требование о признании постановления незаконным.</w:t>
      </w:r>
    </w:p>
    <w:p/>
    <w:p>
      <w:r>
        <w:t>«___» __________ 20__ г.            ____________ / ____________________ /</w:t>
      </w:r>
    </w:p>
    <w:p>
      <w:r>
        <w:br w:type="page"/>
      </w:r>
    </w:p>
    <w:p>
      <w:pPr>
        <w:spacing w:after="0"/>
        <w:jc w:val="right"/>
      </w:pPr>
      <w:r>
        <w:t>Руководителю ГУФССП (УФССП) России по ______________________ —</w:t>
      </w:r>
    </w:p>
    <w:p>
      <w:pPr>
        <w:spacing w:after="0"/>
        <w:jc w:val="right"/>
      </w:pPr>
      <w:r>
        <w:t>главному судебному приставу ______________________ (субъект РФ)</w:t>
      </w:r>
    </w:p>
    <w:p>
      <w:pPr>
        <w:spacing w:after="0"/>
        <w:jc w:val="right"/>
      </w:pPr>
      <w:r>
        <w:t>адрес: ______________________________________</w:t>
      </w:r>
    </w:p>
    <w:p>
      <w:pPr>
        <w:spacing w:after="0"/>
        <w:jc w:val="right"/>
      </w:pPr>
      <w:r>
        <w:t>от должника: ______________________________ (ФИО)</w:t>
      </w:r>
    </w:p>
    <w:p>
      <w:pPr>
        <w:spacing w:after="0"/>
        <w:jc w:val="right"/>
      </w:pPr>
      <w:r>
        <w:t>адрес: ______________________________________</w:t>
      </w:r>
    </w:p>
    <w:p>
      <w:pPr>
        <w:spacing w:after="0"/>
        <w:jc w:val="right"/>
      </w:pPr>
      <w:r>
        <w:t>телефон: _____________, эл. почта: ___________</w:t>
      </w:r>
    </w:p>
    <w:p>
      <w:pPr>
        <w:spacing w:after="0"/>
        <w:jc w:val="right"/>
      </w:pPr>
      <w:r>
        <w:t>Исполнительное производство № ____________ от ________</w:t>
      </w:r>
    </w:p>
    <w:p/>
    <w:p>
      <w:pPr>
        <w:jc w:val="center"/>
      </w:pPr>
      <w:r>
        <w:rPr>
          <w:b/>
        </w:rPr>
        <w:t>Жалоба в порядке подчинённости на постановление о взыскании исполнительского сбора (статьи 123–124 Федерального закона № 229-ФЗ)</w:t>
      </w:r>
    </w:p>
    <w:p>
      <w:pPr>
        <w:ind w:firstLine="709"/>
        <w:jc w:val="both"/>
      </w:pPr>
      <w:r>
        <w:t>Судебный пристав-исполнитель отдела судебных приставов ______________________ ______________________ (фамилия, инициалы) вынес(ла) постановление от ________ № ____________ о взыскании с меня исполнительского сбора в размере ______________ руб. по исполнительному производству № ____________. Постановление утверждено старшим судебным приставом. О нём я узнал(а) ________ из ______________________.</w:t>
      </w:r>
    </w:p>
    <w:p>
      <w:pPr>
        <w:ind w:firstLine="709"/>
        <w:jc w:val="both"/>
      </w:pPr>
      <w:r>
        <w:t>Постановление считаю незаконным: постановление о возбуждении исполнительного производства (извещение о нём) я не получал(а) / получил(а) только ________, поэтому срок для добровольного исполнения (часть 12 статьи 30 Закона № 229-ФЗ) не истёк к дате вынесения постановления о взыскании сбора и оснований, предусмотренных частью 1 статьи 112 Закона, не было. [Иные основания: ______________________.]</w:t>
      </w:r>
    </w:p>
    <w:p>
      <w:pPr>
        <w:ind w:firstLine="709"/>
        <w:jc w:val="both"/>
      </w:pPr>
      <w:r>
        <w:t>На основании части 2 статьи 123 и статьи 124 Закона № 229-ФЗ ПРОШУ: 1) отменить постановление судебного пристава-исполнителя от ________ № ____________ о взыскании исполнительского сбора; 2) отменить меры, принятые для взыскания исполнительского сбора, включая постановления, направленные в банк, работодателю или иному лицу, в части сбора; 3) если сбор уже удержан — вернуть его мне по реквизитам: получатель ______________________; счёт ________________________; банк ______________________; БИК __________; корр. счёт ________________________; 4) направить мне копию постановления по результатам рассмотрения жалобы.</w:t>
      </w:r>
    </w:p>
    <w:p/>
    <w:p>
      <w:r>
        <w:t>«___» __________ 20__ г.            ____________ / ____________________ /</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