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возражения на судебный приказ</w:t>
      </w:r>
    </w:p>
    <w:p>
      <w:pPr>
        <w:pStyle w:val="ListBullet"/>
      </w:pPr>
      <w:r>
        <w:t>Срок — 10 рабочих дней со дня получения копии приказа (выходные и праздники не считаются). Мотивировать не нужно: достаточно написать, что вы не согласны.</w:t>
      </w:r>
    </w:p>
    <w:p>
      <w:pPr>
        <w:pStyle w:val="ListBullet"/>
      </w:pPr>
      <w:r>
        <w:t>Подаётся мировому судье, который вынес приказ: лично, почтой или электронно, если суд принимает документы через ГАС «Правосудие» / Госуслуги.</w:t>
      </w:r>
    </w:p>
    <w:p>
      <w:pPr>
        <w:pStyle w:val="ListBullet"/>
      </w:pPr>
      <w:r>
        <w:t>Если срок прошёл, потому что копию вы не получали (не жили по адресу, письмо не дошло и т. п.), — подайте возражения сразу, как узнали, и приложите доказательства (справку о месте жительства, договор аренды, отчёт почты). Сделайте это не позднее 10 дней после того, как препятствие отпало.</w:t>
      </w:r>
    </w:p>
    <w:p>
      <w:pPr>
        <w:pStyle w:val="ListBullet"/>
      </w:pPr>
      <w:r>
        <w:t>После отмены приказа можно подать заявление о повороте исполнения — вернуть списанное. Пока взыскатель не подал иск по тому же долгу. Госпошлина за заявление о повороте исполнения — 3 000 руб. (подп. 13 п. 1 ст. 333.19 НК РФ); за возражения на приказ пошлина не платится.</w:t>
      </w:r>
    </w:p>
    <w:p>
      <w:pPr>
        <w:pStyle w:val="ListBullet"/>
      </w:pPr>
      <w:r>
        <w:t>Поворот исполнения возможен не всегда: по алиментам, зарплате и возмещению вреда здоровью суд может отказать в возврате взысканного, даже если приказ отменён (ст. 445 ГПК РФ, ст. 116 СК РФ).</w:t>
      </w:r>
    </w:p>
    <w:p>
      <w:pPr>
        <w:pStyle w:val="ListBullet"/>
      </w:pPr>
      <w:r>
        <w:t>Если иск уже подан — спор решится в исковом процессе, а возврат денег — по его итогам.</w:t>
      </w:r>
    </w:p>
    <w:p>
      <w:r>
        <w:rPr>
          <w:i/>
        </w:rPr>
        <w:t>Это образец, а не консультация: проверьте даты и номера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Мировому судье судебного участка № ____</w:t>
      </w:r>
    </w:p>
    <w:p>
      <w:pPr>
        <w:spacing w:after="0"/>
        <w:jc w:val="right"/>
      </w:pPr>
      <w:r>
        <w:t>______________________ (район, город)</w:t>
      </w:r>
    </w:p>
    <w:p>
      <w:pPr>
        <w:spacing w:after="0"/>
        <w:jc w:val="right"/>
      </w:pPr>
      <w:r>
        <w:t>должник: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взыскатель: ______________________________</w:t>
      </w:r>
    </w:p>
    <w:p>
      <w:pPr>
        <w:spacing w:after="0"/>
        <w:jc w:val="right"/>
      </w:pPr>
      <w:r>
        <w:t>дело № ____________</w:t>
      </w:r>
    </w:p>
    <w:p/>
    <w:p>
      <w:pPr>
        <w:jc w:val="center"/>
      </w:pPr>
      <w:r>
        <w:rPr>
          <w:b/>
        </w:rPr>
        <w:t>Возражения относительно исполнения судебного приказа</w:t>
      </w:r>
    </w:p>
    <w:p>
      <w:pPr>
        <w:ind w:firstLine="709"/>
        <w:jc w:val="both"/>
      </w:pPr>
      <w:r>
        <w:t>Судебным приказом мирового судьи судебного участка № ____ от ________ по делу № ____________ с меня в пользу ______________________ взыскано ______________ руб.</w:t>
      </w:r>
    </w:p>
    <w:p>
      <w:pPr>
        <w:ind w:firstLine="709"/>
        <w:jc w:val="both"/>
      </w:pPr>
      <w:r>
        <w:t>С судебным приказом не согласен(на). Мотивы несогласия в силу статьи 129 ГПК РФ указывать не обязан(а). Копию судебного приказа я получил(а) ________ (дата).</w:t>
      </w:r>
    </w:p>
    <w:p>
      <w:pPr>
        <w:ind w:firstLine="709"/>
        <w:jc w:val="both"/>
      </w:pPr>
      <w:r>
        <w:t>[Если срок пропущен: копию судебного приказа в установленный срок я не получил(а) по причинам, от меня не зависящим: ______________________ (например, с ________ проживаю по адресу ______________________). О приказе узнал(а) ________ из ______________________. Обращаюсь без промедления после того, как препятствие отпало; доказательства прилагаю.]</w:t>
      </w:r>
    </w:p>
    <w:p>
      <w:pPr>
        <w:ind w:firstLine="709"/>
        <w:jc w:val="both"/>
      </w:pPr>
      <w:r>
        <w:t>ПРОШУ: 1) принять настоящие возражения (если срок пропущен — признать причины пропуска уважительными и принять возражения); 2) отменить судебный приказ от ________ по делу № ____________; 3) направить мне копию определения об отмене судебного приказа.</w:t>
      </w:r>
    </w:p>
    <w:p>
      <w:r>
        <w:t>Приложения:</w:t>
      </w:r>
    </w:p>
    <w:p>
      <w:r>
        <w:t>1. Копия судебного приказа — при наличии.</w:t>
      </w:r>
    </w:p>
    <w:p>
      <w:r>
        <w:t>2. Копия конверта / отчёт об отслеживании почтового отправления — при наличии.</w:t>
      </w:r>
    </w:p>
    <w:p>
      <w:r>
        <w:t>3. Доказательства причин пропуска срока (справка о месте жительства, договор аренды и т. п.) — если срок пропущен.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Мировому судье судебного участка № ____</w:t>
      </w:r>
    </w:p>
    <w:p>
      <w:pPr>
        <w:spacing w:after="0"/>
        <w:jc w:val="right"/>
      </w:pPr>
      <w:r>
        <w:t>______________________ (район, город)</w:t>
      </w:r>
    </w:p>
    <w:p>
      <w:pPr>
        <w:spacing w:after="0"/>
        <w:jc w:val="right"/>
      </w:pPr>
      <w:r>
        <w:t>заявитель (должник): 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взыскатель: ______________________________</w:t>
      </w:r>
    </w:p>
    <w:p>
      <w:pPr>
        <w:spacing w:after="0"/>
        <w:jc w:val="right"/>
      </w:pPr>
      <w:r>
        <w:t>дело № ____________</w:t>
      </w:r>
    </w:p>
    <w:p>
      <w:pPr>
        <w:spacing w:after="0"/>
        <w:jc w:val="right"/>
      </w:pPr>
      <w:r>
        <w:t>Госпошлина: 3 000 руб. (подп. 13 п. 1 ст. 333.19 НК РФ)</w:t>
      </w:r>
    </w:p>
    <w:p/>
    <w:p>
      <w:pPr>
        <w:jc w:val="center"/>
      </w:pPr>
      <w:r>
        <w:rPr>
          <w:b/>
        </w:rPr>
        <w:t>Заявление о повороте исполнения судебного приказа</w:t>
      </w:r>
    </w:p>
    <w:p>
      <w:pPr>
        <w:ind w:firstLine="709"/>
        <w:jc w:val="both"/>
      </w:pPr>
      <w:r>
        <w:t>Судебный приказ по делу № ____________ от ________ отменён определением от ________.</w:t>
      </w:r>
    </w:p>
    <w:p>
      <w:pPr>
        <w:ind w:firstLine="709"/>
        <w:jc w:val="both"/>
      </w:pPr>
      <w:r>
        <w:t>До отмены с меня взыскано ______________ руб., что подтверждается: ______________________ (выписка банка, справка работодателя, документы ФССП).</w:t>
      </w:r>
    </w:p>
    <w:p>
      <w:pPr>
        <w:ind w:firstLine="709"/>
        <w:jc w:val="both"/>
      </w:pPr>
      <w:r>
        <w:t>Исковое производство по тому же требованию на дату подачи заявления не возбуждено. Денежные средства взыскателем добровольно не возвращены.</w:t>
      </w:r>
    </w:p>
    <w:p>
      <w:pPr>
        <w:ind w:firstLine="709"/>
        <w:jc w:val="both"/>
      </w:pPr>
      <w:r>
        <w:t>На основании статей 443 и 444 ГПК РФ прошу: 1) произвести поворот исполнения судебного приказа от ________ по делу № ____________; 2) взыскать с ______________________ в мою пользу ______________ руб.; 3) выдать исполнительный лист после вступления определения в законную силу.</w:t>
      </w:r>
    </w:p>
    <w:p>
      <w:pPr>
        <w:ind w:firstLine="709"/>
        <w:jc w:val="both"/>
      </w:pPr>
      <w:r>
        <w:t>Реквизиты для перечисления: получатель ______________________; счёт ________________________; банк ______________________; БИК __________; корр. счёт ________________________.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