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3A5C"/>
        </w:rPr>
        <w:t>Как пользоваться: возврат списанных детских пособий и других защищённых выплат</w:t>
      </w:r>
    </w:p>
    <w:p>
      <w:pPr>
        <w:pStyle w:val="ListBullet"/>
      </w:pPr>
      <w:r>
        <w:t>Подходит, если по долгу со счёта списали детские пособия или другие выплаты, на которые закон запрещает обращать взыскание (ч. 1 ст. 101 Федерального закона № 229-ФЗ «Об исполнительном производстве»): пособия и выплаты гражданам, имеющим детей, и беременным женщинам из бюджетов и государственных внебюджетных фондов (п. 12), материнский капитал (п. 13), выплаты семьям с детьми по актам Президента и Правительства РФ (п. 19), алименты (п. 7) и др.</w:t>
      </w:r>
    </w:p>
    <w:p>
      <w:pPr>
        <w:pStyle w:val="ListBullet"/>
      </w:pPr>
      <w:r>
        <w:t>Детские пособия из п. 12 ч. 1 ст. 101 защищены и при взыскании алиментов: исключения ч. 2 ст. 101 касаются только пунктов 1, 4 и 21. В заявлении укажите конкретный пункт ч. 1 ст. 101 и приложите документы о виде выплаты.</w:t>
      </w:r>
    </w:p>
    <w:p>
      <w:pPr>
        <w:pStyle w:val="ListBullet"/>
      </w:pPr>
      <w:r>
        <w:t>Сначала возьмите в банке выписку: дата и сумма зачисления, назначение платежа, код вида дохода (если банк его показывает), дата и основание списания. У плательщика (Социальный фонд, соцзащита) возьмите справку о виде выплаты.</w:t>
      </w:r>
    </w:p>
    <w:p>
      <w:pPr>
        <w:pStyle w:val="ListBullet"/>
      </w:pPr>
      <w:r>
        <w:t>Если деньги списаны по постановлению пристава — заявление приставу (Госуслуги, лично или почтой). Если взыскатель предъявил исполнительный лист прямо в банк — заявление в банк (второй документ). Можно подать оба.</w:t>
      </w:r>
    </w:p>
    <w:p>
      <w:pPr>
        <w:pStyle w:val="ListBullet"/>
      </w:pPr>
      <w:r>
        <w:t>Пристав рассматривает заявление в течение 10 дней со дня поступления к нему и выносит постановление (ч. 5 ст. 64.1 229-ФЗ). Отказ или бездействие можно обжаловать старшему судебному приставу или в суд в течение 10 дней (ст. 122 229-ФЗ, ч. 3 ст. 219 КАС РФ); нерабочие дни не считаются.</w:t>
      </w:r>
    </w:p>
    <w:p>
      <w:pPr>
        <w:pStyle w:val="ListBullet"/>
      </w:pPr>
      <w:r>
        <w:t>С 01.09.2026 ч. 5.1–5.2 ст. 70 229-ФЗ действуют в редакции Федерального закона от 25.04.2026 № 112-ФЗ: тот, кто выплачивает доход, обязан указывать в расчётных документах код вида дохода, а банк обеспечивает защиту таких выплат на основании этих сведений. Если выплата пришла без кода или с неверным кодом, сообщите об этом плательщику.</w:t>
      </w:r>
    </w:p>
    <w:p>
      <w:pPr>
        <w:pStyle w:val="ListBullet"/>
      </w:pPr>
      <w:r>
        <w:t>Важно, где сейчас деньги. На депозитном счёте приставов — пристав может вернуть их своим постановлением. Уже перечислены взыскателю — попросите пристава сообщить дату, сумму и платёжный документ; дальше может понадобиться требование к взыскателю или суд — это стоит оценить с юристом.</w:t>
      </w:r>
    </w:p>
    <w:p>
      <w:pPr>
        <w:pStyle w:val="ListBullet"/>
      </w:pPr>
      <w:r>
        <w:t>Если защищённые выплаты списал банк, Верховный Суд признаёт за должником право требовать с банка возмещения убытков (п. 18 Обзора практики, утв. Президиумом ВС РФ 16.06.2021). Жалоба в Банк России через интернет-приёмную возможна, но она не заменяет требование к банку и суд и сама по себе не возвращает деньги.</w:t>
      </w:r>
    </w:p>
    <w:p>
      <w:pPr>
        <w:pStyle w:val="ListBullet"/>
      </w:pPr>
      <w:r>
        <w:t>Сохраняйте доказательства подачи: почтовую квитанцию, опись вложения, уведомление о вручении, отметку о принятии или скриншот отправки через Госуслуги.</w:t>
      </w:r>
    </w:p>
    <w:p>
      <w:r>
        <w:rPr>
          <w:i/>
        </w:rPr>
        <w:t>Образец носит информационный характер, проверьте под свою ситуацию: даты, номера и суммы — по своим документам. Право в деле · Дмитрий Черняков, юрист · uristprosto.ru</w:t>
      </w:r>
    </w:p>
    <w:p>
      <w:r>
        <w:br w:type="page"/>
      </w:r>
    </w:p>
    <w:p>
      <w:pPr>
        <w:spacing w:after="0"/>
        <w:jc w:val="right"/>
      </w:pPr>
      <w:r>
        <w:t>В отдел судебных приставов ______________________</w:t>
      </w:r>
    </w:p>
    <w:p>
      <w:pPr>
        <w:spacing w:after="0"/>
        <w:jc w:val="right"/>
      </w:pPr>
      <w:r>
        <w:t>(наименование отдела ФССП)</w:t>
      </w:r>
    </w:p>
    <w:p>
      <w:pPr>
        <w:spacing w:after="0"/>
        <w:jc w:val="right"/>
      </w:pPr>
      <w:r>
        <w:t>Судебному приставу-исполнителю ____________________</w:t>
      </w:r>
    </w:p>
    <w:p>
      <w:pPr>
        <w:spacing w:after="0"/>
        <w:jc w:val="right"/>
      </w:pPr>
      <w:r>
        <w:t>от должника: ______________________________ (ФИО)</w:t>
      </w:r>
    </w:p>
    <w:p>
      <w:pPr>
        <w:spacing w:after="0"/>
        <w:jc w:val="right"/>
      </w:pPr>
      <w:r>
        <w:t>дата рождения: ____________</w:t>
      </w:r>
    </w:p>
    <w:p>
      <w:pPr>
        <w:spacing w:after="0"/>
        <w:jc w:val="right"/>
      </w:pPr>
      <w:r>
        <w:t>адрес: ______________________________________</w:t>
      </w:r>
    </w:p>
    <w:p>
      <w:pPr>
        <w:spacing w:after="0"/>
        <w:jc w:val="right"/>
      </w:pPr>
      <w:r>
        <w:t>телефон: _____________, эл. почта: ___________</w:t>
      </w:r>
    </w:p>
    <w:p>
      <w:pPr>
        <w:spacing w:after="0"/>
        <w:jc w:val="right"/>
      </w:pPr>
      <w:r>
        <w:t>Исполнительное производство № ____________ от ________</w:t>
      </w:r>
    </w:p>
    <w:p/>
    <w:p>
      <w:pPr>
        <w:jc w:val="center"/>
      </w:pPr>
      <w:r>
        <w:rPr>
          <w:b/>
        </w:rPr>
        <w:t>Заявление о возврате денежных средств, на которые не может быть обращено взыскание</w:t>
      </w:r>
    </w:p>
    <w:p>
      <w:pPr>
        <w:ind w:firstLine="709"/>
        <w:jc w:val="both"/>
      </w:pPr>
      <w:r>
        <w:t>В отношении меня возбуждено исполнительное производство № ____________ от ________, взыскатель: ______________________ (если производств несколько — перечислите все).</w:t>
      </w:r>
    </w:p>
    <w:p>
      <w:pPr>
        <w:ind w:firstLine="709"/>
        <w:jc w:val="both"/>
      </w:pPr>
      <w:r>
        <w:t>________ (дата) с моего счёта № ________________________ в банке ______________________ списано ______________ руб. Эти деньги являются ______________________ (вид выплаты: например, единое пособие в связи с рождением и воспитанием ребёнка / выплата из средств материнского капитала / иное), поступившей ________ от ______________________ (плательщик: Социальный фонд России, орган социальной защиты и т. п.). Это подтверждается выпиской банка и справкой плательщика.</w:t>
      </w:r>
    </w:p>
    <w:p>
      <w:pPr>
        <w:ind w:firstLine="709"/>
        <w:jc w:val="both"/>
      </w:pPr>
      <w:r>
        <w:t>В силу пункта ____ (12, 13, 19 или иного) части 1 статьи 101 Федерального закона от 02.10.2007 № 229-ФЗ «Об исполнительном производстве» на этот вид дохода взыскание не может быть обращено. Исключения, предусмотренные частью 2 статьи 101, касаются только доходов, указанных в пунктах 1, 4 и 21 части 1 этой статьи. Банк исполняет требования о взыскании с учётом статей 99 и 101 Закона (части 5 и 5.2 статьи 70).</w:t>
      </w:r>
    </w:p>
    <w:p>
      <w:pPr>
        <w:ind w:firstLine="709"/>
        <w:jc w:val="both"/>
      </w:pPr>
      <w:r>
        <w:t>ПРОШУ: 1) проверить правомерность обращения взыскания на ______________ руб., поступившие как ______________________ (вид выплаты), и установить, где находятся эти деньги: в банке, на депозитном счёте подразделения судебных приставов или уже перечислены взыскателю; 2) отменить или изменить постановление об обращении взыскания на денежные средства в части этих сумм; 3) если деньги находятся на депозитном счёте — вынести постановление об их возврате мне и перечислить их по реквизитам: получатель ______________________; счёт ________________________; банк ______________________; БИК __________; корр. счёт ________________________; 4) если деньги перечислены взыскателю — сообщить дату, сумму, реквизиты платёжного документа и получателя, а также письменно указать, какие меры приняты или могут быть приняты для возврата защищённых выплат; 5) при дальнейшем обращении взыскания учитывать, что на указанный счёт поступают доходы, указанные в части 1 статьи 101 Закона, и не обращать взыскание на суммы таких поступлений; 6) направить мне копию постановления по результатам рассмотрения заявления.</w:t>
      </w:r>
    </w:p>
    <w:p>
      <w:r>
        <w:t>Приложения:</w:t>
      </w:r>
    </w:p>
    <w:p>
      <w:r>
        <w:t>1. Копия паспорта.</w:t>
      </w:r>
    </w:p>
    <w:p>
      <w:r>
        <w:t>2. Выписка по счёту с зачислением выплаты и её списанием.</w:t>
      </w:r>
    </w:p>
    <w:p>
      <w:r>
        <w:t>3. Справка плательщика (Социальный фонд, соцзащита) о виде и сумме выплаты.</w:t>
      </w:r>
    </w:p>
    <w:p>
      <w:r>
        <w:t>4. Документ о списании (инкассовое поручение, постановление пристава) — при наличии.</w:t>
      </w:r>
    </w:p>
    <w:p>
      <w:r>
        <w:t>5. Копия постановления о возбуждении исполнительного производства — при наличии.</w:t>
      </w:r>
    </w:p>
    <w:p>
      <w:r>
        <w:t>6. Копия обращения к плательщику выплаты о подтверждении вида выплаты и кода вида дохода — при наличии.</w:t>
      </w:r>
    </w:p>
    <w:p>
      <w:r>
        <w:t>7. Справка банка с реквизитами счёта для возврата.</w:t>
      </w:r>
    </w:p>
    <w:p/>
    <w:p>
      <w:r>
        <w:t>«___» __________ 20__ г.            ____________ / ____________________ /</w:t>
      </w:r>
    </w:p>
    <w:p>
      <w:r>
        <w:br w:type="page"/>
      </w:r>
    </w:p>
    <w:p>
      <w:pPr>
        <w:spacing w:after="0"/>
        <w:jc w:val="right"/>
      </w:pPr>
      <w:r>
        <w:t>В ______________________ (наименование банка)</w:t>
      </w:r>
    </w:p>
    <w:p>
      <w:pPr>
        <w:spacing w:after="0"/>
        <w:jc w:val="right"/>
      </w:pPr>
      <w:r>
        <w:t>адрес: ______________________________________</w:t>
      </w:r>
    </w:p>
    <w:p>
      <w:pPr>
        <w:spacing w:after="0"/>
        <w:jc w:val="right"/>
      </w:pPr>
      <w:r>
        <w:t>от клиента: ______________________________ (ФИО)</w:t>
      </w:r>
    </w:p>
    <w:p>
      <w:pPr>
        <w:spacing w:after="0"/>
        <w:jc w:val="right"/>
      </w:pPr>
      <w:r>
        <w:t>дата рождения: ____________</w:t>
      </w:r>
    </w:p>
    <w:p>
      <w:pPr>
        <w:spacing w:after="0"/>
        <w:jc w:val="right"/>
      </w:pPr>
      <w:r>
        <w:t>паспорт: серия ______ № __________</w:t>
      </w:r>
    </w:p>
    <w:p>
      <w:pPr>
        <w:spacing w:after="0"/>
        <w:jc w:val="right"/>
      </w:pPr>
      <w:r>
        <w:t>адрес: ______________________________________</w:t>
      </w:r>
    </w:p>
    <w:p>
      <w:pPr>
        <w:spacing w:after="0"/>
        <w:jc w:val="right"/>
      </w:pPr>
      <w:r>
        <w:t>телефон: _____________, эл. почта: ___________</w:t>
      </w:r>
    </w:p>
    <w:p/>
    <w:p>
      <w:pPr>
        <w:jc w:val="center"/>
      </w:pPr>
      <w:r>
        <w:rPr>
          <w:b/>
        </w:rPr>
        <w:t>Заявление о возврате денежных средств, списанных с нарушением статьи 101 Федерального закона «Об исполнительном производстве»</w:t>
      </w:r>
    </w:p>
    <w:p>
      <w:pPr>
        <w:ind w:firstLine="709"/>
        <w:jc w:val="both"/>
      </w:pPr>
      <w:r>
        <w:t>У меня открыт счёт № ________________________. ________ (дата) банк списал с этого счёта ______________ руб. на основании ______________________ (исполнительный лист № __________ от ________, предъявленный взыскателем ______________________ / постановление судебного пристава-исполнителя от ________ по исполнительному производству № ____________).</w:t>
      </w:r>
    </w:p>
    <w:p>
      <w:pPr>
        <w:ind w:firstLine="709"/>
        <w:jc w:val="both"/>
      </w:pPr>
      <w:r>
        <w:t>Списанные деньги — это ______________________ (вид выплаты), поступившая ________ на этот счёт от ______________________ (плательщик). Такая выплата относится к доходам, на которые не может быть обращено взыскание (пункт ____ части 1 статьи 101 Федерального закона от 02.10.2007 № 229-ФЗ).</w:t>
      </w:r>
    </w:p>
    <w:p>
      <w:pPr>
        <w:ind w:firstLine="709"/>
        <w:jc w:val="both"/>
      </w:pPr>
      <w:r>
        <w:t>Согласно части 5 статьи 70 Закона банк исполняет требования о взыскании с учётом статей 99 и 101, а согласно части 5.2 статьи 70 (в редакции Федерального закона от 25.04.2026 № 112-ФЗ) обеспечивает их соблюдение на основании сведений, указанных плательщиком дохода в расчётных документах. Обращение банком взыскания на доходы, указанные в части 1 статьи 101 Закона, в том числе на пособия гражданам, имеющим детей, Верховный Суд РФ признаёт незаконным (пункт 18 Обзора судебной практики, утверждённого Президиумом Верховного Суда РФ 16.06.2021).</w:t>
      </w:r>
    </w:p>
    <w:p>
      <w:pPr>
        <w:ind w:firstLine="709"/>
        <w:jc w:val="both"/>
      </w:pPr>
      <w:r>
        <w:t>ПРОШУ: 1) проверить правомерность списания и письменно сообщить, с каким кодом вида дохода и от кого поступили указанные средства; 2) если списание произведено по исполнительному документу, предъявленному взыскателем непосредственно в банк, — вернуть (возместить) мне ______________ руб. на счёт № ________________________; 3) если деньги перечислены на депозитный счёт службы судебных приставов — сообщить номер и дату платёжного документа и отдел приставов, куда они перечислены; 4) если банк считает списание правомерным — дать мотивированный письменный ответ с указанием кода вида дохода, реквизитов исполнительного документа, даты и суммы списания, получателя денег и платёжного документа; 5) ответ направить по адресу или на эл. почту, указанные выше.</w:t>
      </w:r>
    </w:p>
    <w:p/>
    <w:p>
      <w:r>
        <w:t>«___» __________ 20__ г.            ____________ / ____________________ /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