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3A5C"/>
        </w:rPr>
        <w:t>Как пользоваться: заявление об отмене заочного решения</w:t>
      </w:r>
    </w:p>
    <w:p>
      <w:pPr>
        <w:pStyle w:val="ListBullet"/>
      </w:pPr>
      <w:r>
        <w:t>Подходит, если суд рассмотрел дело без вас (часто — иск банка или коллектора) и вынес заочное решение. Заявление подаёт ответчик в суд, который вынес решение (ч. 1 ст. 237 ГПК РФ).</w:t>
      </w:r>
    </w:p>
    <w:p>
      <w:pPr>
        <w:pStyle w:val="ListBullet"/>
      </w:pPr>
      <w:r>
        <w:t>Срок — 7 дней со дня вручения вам копии заочного решения (ч. 1 ст. 237 ГПК РФ); срок начинает течь на следующий день после вручения, нерабочие дни в него не включаются (ч. 3 ст. 107 ГПК РФ), а если последний день нерабочий, срок оканчивается в ближайший рабочий день (ст. 108 ГПК РФ). Сохраните конверт и отчёт об отслеживании почтового отправления — по ним видна дата вручения.</w:t>
      </w:r>
    </w:p>
    <w:p>
      <w:pPr>
        <w:pStyle w:val="ListBullet"/>
      </w:pPr>
      <w:r>
        <w:t>Если копию решения вам не вручали и вы узнали о нём, например, от приставов, получите копию в суде и зафиксируйте дату получения. Ознакомьтесь с делом: куда суд направлял извещения и копию решения, возвращались ли письма и по какой причине. Если письмо вернулось «за истечением срока хранения» по вашему действительному адресу, суд может счесть вас извещённым — объясните, почему вы объективно не могли получить почту. На случай, если суд сочтёт срок пропущенным, подайте вместе с заявлением просьбу о восстановлении срока, указав, когда и как вы узнали о решении.</w:t>
      </w:r>
    </w:p>
    <w:p>
      <w:pPr>
        <w:pStyle w:val="ListBullet"/>
      </w:pPr>
      <w:r>
        <w:t>Если 7 дней пропущены по уважительной причине (копию не получали, болели, были в отъезде), подайте вместе с заявлением ходатайство о восстановлении срока (документ 2) с доказательствами (ч. 1–3 ст. 112 ГПК РФ). Судья рассматривает его в течение 5 дней, по общему правилу без судебного заседания (ч. 4 ст. 112 ГПК РФ).</w:t>
      </w:r>
    </w:p>
    <w:p>
      <w:pPr>
        <w:pStyle w:val="ListBullet"/>
      </w:pPr>
      <w:r>
        <w:t>В заявлении нужны оба блока: 1) почему вы не пришли в суд и не могли вовремя сообщить об этом — с доказательствами; 2) какие обстоятельства и доказательства могут изменить решение: истёк срок исковой давности, расчёт неверен, платежи не учтены, долг не ваш (п. 3 ч. 1 ст. 238, ст. 242 ГПК РФ). Без второго блока решение не отменят, даже если причина неявки уважительная.</w:t>
      </w:r>
    </w:p>
    <w:p>
      <w:pPr>
        <w:pStyle w:val="ListBullet"/>
      </w:pPr>
      <w:r>
        <w:t>Госпошлина — 1 500 руб. (подп. 12 п. 1 ст. 333.19 НК РФ). С 1 января 2026 года освобождения от неё нет: ч. 3 ст. 238 ГПК РФ утратила силу (Федеральный закон от 01.04.2025 № 49-ФЗ). Реквизиты для оплаты — на сайте суда. Ходатайство о восстановлении срока госпошлиной не оплачивается.</w:t>
      </w:r>
    </w:p>
    <w:p>
      <w:pPr>
        <w:pStyle w:val="ListBullet"/>
      </w:pPr>
      <w:r>
        <w:t>Приложите копии заявления по числу лиц, участвующих в деле (ч. 2 ст. 238 ГПК РФ); суд сам направит их участникам (ст. 239 ГПК РФ). Суд рассматривает заявление в судебном заседании в течение 10 дней со дня поступления (ст. 240 ГПК РФ) — приходите сами или направьте представителя.</w:t>
      </w:r>
    </w:p>
    <w:p>
      <w:pPr>
        <w:pStyle w:val="ListBullet"/>
      </w:pPr>
      <w:r>
        <w:t>Если в отмене откажут, заочное решение можно обжаловать в апелляционном порядке в течение месяца со дня определения об отказе (ч. 2 ст. 237 ГПК РФ); госпошлина за апелляционную жалобу гражданина — 3 000 руб. (подп. 19 п. 1 ст. 333.19 НК РФ).</w:t>
      </w:r>
    </w:p>
    <w:p>
      <w:pPr>
        <w:pStyle w:val="ListBullet"/>
      </w:pPr>
      <w:r>
        <w:t>Если решение уже исполняют приставы, после отмены решения передайте приставу копию определения: отмена судебного акта, на основании которого выдан исполнительный документ, — основание прекратить исполнительное производство (п. 4 ч. 2 ст. 43 Федерального закона № 229-ФЗ). Уже взысканные деньги возвращают через поворот исполнения после нового решения об отказе в иске полностью или в части (ст. 443–444 ГПК РФ).</w:t>
      </w:r>
    </w:p>
    <w:p>
      <w:pPr>
        <w:pStyle w:val="ListBullet"/>
      </w:pPr>
      <w:r>
        <w:t>Сохраняйте доказательства подачи: почтовую квитанцию, опись вложения, уведомление о вручении, отметку суда о принятии или скриншот отправки через ГАС «Правосудие».</w:t>
      </w:r>
    </w:p>
    <w:p>
      <w:r>
        <w:rPr>
          <w:i/>
        </w:rPr>
        <w:t>Образец носит информационный характер, проверьте под свою ситуацию: даты, номера и суммы — по своим документам. Право в деле · Дмитрий Черняков, юрист · uristprosto.ru</w:t>
      </w:r>
    </w:p>
    <w:p>
      <w:r>
        <w:br w:type="page"/>
      </w:r>
    </w:p>
    <w:p>
      <w:pPr>
        <w:spacing w:after="0"/>
        <w:jc w:val="right"/>
      </w:pPr>
      <w:r>
        <w:t>В ______________________ (суд, вынесший заочное решение)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Ответчик (заявитель): ______________________________ (ФИО)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телефон: _____________, эл. почта: ___________</w:t>
      </w:r>
    </w:p>
    <w:p>
      <w:pPr>
        <w:spacing w:after="0"/>
        <w:jc w:val="right"/>
      </w:pPr>
      <w:r>
        <w:t>Истец: ______________________, адрес: ______________________</w:t>
      </w:r>
    </w:p>
    <w:p>
      <w:pPr>
        <w:spacing w:after="0"/>
        <w:jc w:val="right"/>
      </w:pPr>
      <w:r>
        <w:t>Дело № ______________</w:t>
      </w:r>
    </w:p>
    <w:p>
      <w:pPr>
        <w:spacing w:after="0"/>
        <w:jc w:val="right"/>
      </w:pPr>
      <w:r>
        <w:t>Госпошлина: 1 500 руб.</w:t>
      </w:r>
    </w:p>
    <w:p/>
    <w:p>
      <w:pPr>
        <w:jc w:val="center"/>
      </w:pPr>
      <w:r>
        <w:rPr>
          <w:b/>
        </w:rPr>
        <w:t>Заявление об отмене заочного решения суда</w:t>
      </w:r>
    </w:p>
    <w:p>
      <w:pPr>
        <w:ind w:firstLine="709"/>
        <w:jc w:val="both"/>
      </w:pPr>
      <w:r>
        <w:t>________ (дата) ______________________ (суд) вынес заочное решение по делу № ______________ по иску ______________________ ко мне о ______________________ (взыскании задолженности по кредитному договору № __________ от ________ и т. п.), которым с меня взыскано ______________ руб.</w:t>
      </w:r>
    </w:p>
    <w:p>
      <w:pPr>
        <w:ind w:firstLine="709"/>
        <w:jc w:val="both"/>
      </w:pPr>
      <w:r>
        <w:t>Копию заочного решения я получил(а) ________ (дата) ______________________ (по почте — конверт и отчёт об отслеживании прилагаю / в суде / через Госуслуги). Срок, установленный частью 1 статьи 237 ГПК РФ, не пропущен. [Если пропущен: срок пропущен по уважительной причине. В случае признания срока пропущенным прошу восстановить его по основаниям, изложенным в прилагаемом заявлении о восстановлении срока.]</w:t>
      </w:r>
    </w:p>
    <w:p>
      <w:pPr>
        <w:ind w:firstLine="709"/>
        <w:jc w:val="both"/>
      </w:pPr>
      <w:r>
        <w:t>1. Причины неявки в судебное заседание. В судебное заседание ________ я не явился(лась) по уважительной причине, о которой не имел(а) возможности своевременно сообщить суду: ______________________ (судебное извещение не получал(а), так как с ________ проживаю по адресу ______________________ / извещение направлялось по прежнему адресу / находился(лась) на лечении с ________ по ________ / был(а) в командировке / иное). Это подтверждается: ______________________ (справка, листок нетрудоспособности, приказ о командировке, договор найма, отчёт об отслеживании почтового отправления).</w:t>
      </w:r>
    </w:p>
    <w:p>
      <w:pPr>
        <w:ind w:firstLine="709"/>
        <w:jc w:val="both"/>
      </w:pPr>
      <w:r>
        <w:t>2. Обстоятельства и доказательства, которые могут повлиять на содержание решения (нужное оставить):</w:t>
      </w:r>
    </w:p>
    <w:p>
      <w:pPr>
        <w:ind w:firstLine="709"/>
        <w:jc w:val="both"/>
      </w:pPr>
      <w:r>
        <w:t>1) истёк срок исковой давности: последний платёж внесён ________, о нарушении своего права истец узнал или должен был узнать ________, иск подан ________ (статьи 196, 199, 200 ГК РФ). Заявляю о применении исковой давности;</w:t>
      </w:r>
    </w:p>
    <w:p>
      <w:pPr>
        <w:ind w:firstLine="709"/>
        <w:jc w:val="both"/>
      </w:pPr>
      <w:r>
        <w:t>2) расчёт истца неверен: ______________________ (не учтены платежи на ______________ руб. — платёжные документы прилагаю / неверно начислены проценты / неустойка);</w:t>
      </w:r>
    </w:p>
    <w:p>
      <w:pPr>
        <w:ind w:firstLine="709"/>
        <w:jc w:val="both"/>
      </w:pPr>
      <w:r>
        <w:t>3) неустойка явно несоразмерна последствиям нарушения обязательства — прошу её уменьшить (статья 333 ГК РФ);</w:t>
      </w:r>
    </w:p>
    <w:p>
      <w:pPr>
        <w:ind w:firstLine="709"/>
        <w:jc w:val="both"/>
      </w:pPr>
      <w:r>
        <w:t>4) истец не подтвердил своё право требования: ______________________ (нет договора уступки / нет документов о переходе права);</w:t>
      </w:r>
    </w:p>
    <w:p>
      <w:pPr>
        <w:ind w:firstLine="709"/>
        <w:jc w:val="both"/>
      </w:pPr>
      <w:r>
        <w:t>5) иное: ______________________ (договор я не заключал(а) / долг погашен / ______________________).</w:t>
      </w:r>
    </w:p>
    <w:p>
      <w:pPr>
        <w:ind w:firstLine="709"/>
        <w:jc w:val="both"/>
      </w:pPr>
      <w:r>
        <w:t>Эти обстоятельства я не мог(ла) заявить суду, так как не участвовал(а) в судебном заседании. Они могут повлиять на содержание решения (статья 242 ГПК РФ).</w:t>
      </w:r>
    </w:p>
    <w:p>
      <w:pPr>
        <w:ind w:firstLine="709"/>
        <w:jc w:val="both"/>
      </w:pPr>
      <w:r>
        <w:t>На основании статей 237, 238, 240–242 ГПК РФ ПРОШУ: отменить заочное решение ______________________ (суд) от ________ по делу № ______________ и возобновить рассмотрение дела по существу.</w:t>
      </w:r>
    </w:p>
    <w:p>
      <w:r>
        <w:t>Приложения:</w:t>
      </w:r>
    </w:p>
    <w:p>
      <w:r>
        <w:t>1. Копия заочного решения.</w:t>
      </w:r>
    </w:p>
    <w:p>
      <w:r>
        <w:t>2. Конверт или отчёт об отслеживании почтового отправления с датой вручения — при наличии.</w:t>
      </w:r>
    </w:p>
    <w:p>
      <w:r>
        <w:t>3. Документы, подтверждающие уважительность причин неявки.</w:t>
      </w:r>
    </w:p>
    <w:p>
      <w:r>
        <w:t>4. Доказательства по существу спора (платёжные документы, свой расчёт и др.).</w:t>
      </w:r>
    </w:p>
    <w:p>
      <w:r>
        <w:t>5. Документ об уплате государственной пошлины 1 500 руб.</w:t>
      </w:r>
    </w:p>
    <w:p>
      <w:r>
        <w:t>6. Копии заявления и приложений по числу лиц, участвующих в деле.</w:t>
      </w:r>
    </w:p>
    <w:p>
      <w:r>
        <w:t>7. Заявление о восстановлении пропущенного срока — если срок пропущен.</w:t>
      </w:r>
    </w:p>
    <w:p/>
    <w:p>
      <w:r>
        <w:t>«___» __________ 20__ г.            ____________ / ____________________ /</w:t>
      </w:r>
    </w:p>
    <w:p>
      <w:r>
        <w:br w:type="page"/>
      </w:r>
    </w:p>
    <w:p>
      <w:pPr>
        <w:spacing w:after="0"/>
        <w:jc w:val="right"/>
      </w:pPr>
      <w:r>
        <w:t>В ______________________ (суд, вынесший заочное решение)</w:t>
      </w:r>
    </w:p>
    <w:p>
      <w:pPr>
        <w:spacing w:after="0"/>
        <w:jc w:val="right"/>
      </w:pPr>
      <w:r>
        <w:t>Ответчик (заявитель): ______________________________ (ФИО)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телефон: _____________, эл. почта: ___________</w:t>
      </w:r>
    </w:p>
    <w:p>
      <w:pPr>
        <w:spacing w:after="0"/>
        <w:jc w:val="right"/>
      </w:pPr>
      <w:r>
        <w:t>Дело № ______________</w:t>
      </w:r>
    </w:p>
    <w:p/>
    <w:p>
      <w:pPr>
        <w:jc w:val="center"/>
      </w:pPr>
      <w:r>
        <w:rPr>
          <w:b/>
        </w:rPr>
        <w:t>Заявление о восстановлении пропущенного процессуального срока на подачу заявления об отмене заочного решения</w:t>
      </w:r>
    </w:p>
    <w:p>
      <w:pPr>
        <w:ind w:firstLine="709"/>
        <w:jc w:val="both"/>
      </w:pPr>
      <w:r>
        <w:t>________ (дата) ______________________ (суд) вынес заочное решение по делу № ______________. Заявление об отмене заочного решения подаётся в течение семи дней со дня вручения копии решения (часть 1 статьи 237 ГПК РФ).</w:t>
      </w:r>
    </w:p>
    <w:p>
      <w:pPr>
        <w:ind w:firstLine="709"/>
        <w:jc w:val="both"/>
      </w:pPr>
      <w:r>
        <w:t>Срок пропущен по уважительной причине: ______________________ (копию решения я не получал(а): почтовое отправление вернулось в суд по причине ______________________; по адресу ______________________ я фактически не проживал(а) с ________, что подтверждается ______________________ / отправление вручено другому лицу; о решении узнал(а) ________ из ______________________ (постановление пристава, списание со счёта, Госуслуги) / болезнь с ________ по ________ / иное). Это подтверждается: ______________________.</w:t>
      </w:r>
    </w:p>
    <w:p>
      <w:pPr>
        <w:ind w:firstLine="709"/>
        <w:jc w:val="both"/>
      </w:pPr>
      <w:r>
        <w:t>Заявление об отмене заочного решения подаю одновременно с настоящим заявлением (часть 3 статьи 112 ГПК РФ).</w:t>
      </w:r>
    </w:p>
    <w:p>
      <w:pPr>
        <w:ind w:firstLine="709"/>
        <w:jc w:val="both"/>
      </w:pPr>
      <w:r>
        <w:t>На основании статьи 112 ГПК РФ ПРОШУ восстановить срок на подачу заявления об отмене заочного решения ______________________ (суд) от ________ по делу № ______________.</w:t>
      </w:r>
    </w:p>
    <w:p>
      <w:r>
        <w:t>Приложения:</w:t>
      </w:r>
    </w:p>
    <w:p>
      <w:r>
        <w:t>1. Документы, подтверждающие уважительность причин пропуска срока.</w:t>
      </w:r>
    </w:p>
    <w:p>
      <w:r>
        <w:t>2. Заявление об отмене заочного решения с приложениями.</w:t>
      </w:r>
    </w:p>
    <w:p/>
    <w:p>
      <w:r>
        <w:t>«___» __________ 20__ г.            ____________ / ____________________ /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