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3A5C"/>
        </w:rPr>
        <w:t>Как пользоваться: заявление о сохранении прожиточного минимума</w:t>
      </w:r>
    </w:p>
    <w:p>
      <w:pPr>
        <w:pStyle w:val="ListBullet"/>
      </w:pPr>
      <w:r>
        <w:t>Подходит, если по исполнительному производству списывают зарплату, пенсию или другой доход так, что на жизнь остаётся меньше прожиточного минимума.</w:t>
      </w:r>
    </w:p>
    <w:p>
      <w:pPr>
        <w:pStyle w:val="ListBullet"/>
      </w:pPr>
      <w:r>
        <w:t>Не применяется к взысканию алиментов, возмещения вреда здоровью, вреда в связи со смертью кормильца и ущерба от преступления.</w:t>
      </w:r>
    </w:p>
    <w:p>
      <w:pPr>
        <w:pStyle w:val="ListBullet"/>
      </w:pPr>
      <w:r>
        <w:t>Укажите один счёт, на который приходит доход. Если производств несколько — перечислите номера всех.</w:t>
      </w:r>
    </w:p>
    <w:p>
      <w:pPr>
        <w:pStyle w:val="ListBullet"/>
      </w:pPr>
      <w:r>
        <w:t>Подать можно через Госуслуги («Заявление о сохранении прожиточного минимума»), лично в отделе приставов или почтой. Пристав должен рассмотреть заявление в течение 10 дней со дня поступления (нерабочие дни не считаются) и направить постановление в банк или тому, кто выплачивает доход. Если срок нарушен — жалоба старшему судебному приставу.</w:t>
      </w:r>
    </w:p>
    <w:p>
      <w:pPr>
        <w:pStyle w:val="ListBullet"/>
      </w:pPr>
      <w:r>
        <w:t>Если исполнительный лист взыскатель отправил прямо в банк (без приставов) — такое заявление подают в банк.</w:t>
      </w:r>
    </w:p>
    <w:p>
      <w:pPr>
        <w:pStyle w:val="ListBullet"/>
      </w:pPr>
      <w:r>
        <w:t>Сохранить сумму больше прожиточного минимума (например, на детей) можно только через суд.</w:t>
      </w:r>
    </w:p>
    <w:p>
      <w:r>
        <w:rPr>
          <w:i/>
        </w:rPr>
        <w:t>Это образец, а не консультация: проверьте даты и номера по своим документам. Право в деле · Дмитрий Черняков, юрист · uristprosto.ru</w:t>
      </w:r>
    </w:p>
    <w:p>
      <w:r>
        <w:br w:type="page"/>
      </w:r>
    </w:p>
    <w:p>
      <w:pPr>
        <w:spacing w:after="0"/>
        <w:jc w:val="right"/>
      </w:pPr>
      <w:r>
        <w:t>В отдел судебных приставов ______________________</w:t>
      </w:r>
    </w:p>
    <w:p>
      <w:pPr>
        <w:spacing w:after="0"/>
        <w:jc w:val="right"/>
      </w:pPr>
      <w:r>
        <w:t>(наименование отдела ФССП)</w:t>
      </w:r>
    </w:p>
    <w:p>
      <w:pPr>
        <w:spacing w:after="0"/>
        <w:jc w:val="right"/>
      </w:pPr>
      <w:r>
        <w:t>Судебному приставу-исполнителю ____________________</w:t>
      </w:r>
    </w:p>
    <w:p>
      <w:pPr>
        <w:spacing w:after="0"/>
        <w:jc w:val="right"/>
      </w:pPr>
      <w:r>
        <w:t>от должника: ______________________________ (ФИО)</w:t>
      </w:r>
    </w:p>
    <w:p>
      <w:pPr>
        <w:spacing w:after="0"/>
        <w:jc w:val="right"/>
      </w:pPr>
      <w:r>
        <w:t>дата рождения: ____________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телефон: _____________, эл. почта: ___________</w:t>
      </w:r>
    </w:p>
    <w:p>
      <w:pPr>
        <w:spacing w:after="0"/>
        <w:jc w:val="right"/>
      </w:pPr>
      <w:r>
        <w:t>Исполнительное производство № ____________ от ________</w:t>
      </w:r>
    </w:p>
    <w:p/>
    <w:p>
      <w:pPr>
        <w:jc w:val="center"/>
      </w:pPr>
      <w:r>
        <w:rPr>
          <w:b/>
        </w:rPr>
        <w:t>Заявление о сохранении заработной платы и иных доходов ежемесячно в размере прожиточного минимума</w:t>
      </w:r>
    </w:p>
    <w:p>
      <w:pPr>
        <w:ind w:firstLine="709"/>
        <w:jc w:val="both"/>
      </w:pPr>
      <w:r>
        <w:t>В отношении меня возбуждено исполнительное производство № ____________ от ________, взыскатель: ______________________ (если производств несколько — перечислите все).</w:t>
      </w:r>
    </w:p>
    <w:p>
      <w:pPr>
        <w:ind w:firstLine="709"/>
        <w:jc w:val="both"/>
      </w:pPr>
      <w:r>
        <w:t>На основании части 5.1 статьи 69 Федерального закона от 02.10.2007 № 229-ФЗ «Об исполнительном производстве» прошу сохранять мне ежемесячно заработную плату и иные доходы в размере прожиточного минимума трудоспособного населения в целом по Российской Федерации, а если величина прожиточного минимума для моей социально-демографической группы в субъекте Российской Федерации по месту моего жительства выше — в размере этой величины.</w:t>
      </w:r>
    </w:p>
    <w:p>
      <w:pPr>
        <w:ind w:firstLine="709"/>
        <w:jc w:val="both"/>
      </w:pPr>
      <w:r>
        <w:t>Доход в виде ______________________ (зарплата / пенсия / иное) поступает на мой банковский счёт: банк ______________________; номер счёта ________________________; БИК __________; корреспондентский счёт ________________________. Прошу сохранять прожиточный минимум по этому счёту.</w:t>
      </w:r>
    </w:p>
    <w:p>
      <w:pPr>
        <w:ind w:firstLine="709"/>
        <w:jc w:val="both"/>
      </w:pPr>
      <w:r>
        <w:t>Прошу вынести постановление о сохранении заработной платы и иных доходов ежемесячно в размере прожиточного минимума и направить его для исполнения в указанный банк.</w:t>
      </w:r>
    </w:p>
    <w:p>
      <w:pPr>
        <w:ind w:firstLine="709"/>
        <w:jc w:val="both"/>
      </w:pPr>
      <w:r>
        <w:t>[Если удержания производит работодатель, Социальный фонд или иной плательщик дохода: прошу направить постановление также лицу, выплачивающему мне доход: ______________________, адрес: ______________________.]</w:t>
      </w:r>
    </w:p>
    <w:p>
      <w:r>
        <w:t>Приложения:</w:t>
      </w:r>
    </w:p>
    <w:p>
      <w:r>
        <w:t>1. Копия паспорта.</w:t>
      </w:r>
    </w:p>
    <w:p>
      <w:r>
        <w:t>2. Справка банка о реквизитах счёта.</w:t>
      </w:r>
    </w:p>
    <w:p>
      <w:r>
        <w:t>3. Документы, подтверждающие поступление дохода (справка о доходах, выписка).</w:t>
      </w:r>
    </w:p>
    <w:p>
      <w:r>
        <w:t>4. Копия постановления о возбуждении исполнительного производства — при наличии.</w:t>
      </w:r>
    </w:p>
    <w:p/>
    <w:p>
      <w:r>
        <w:t>«___» __________ 20__ г.            ____________ / ____________________ /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